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DED7" w14:textId="77777777" w:rsidR="00A86E4A" w:rsidRPr="007C679D" w:rsidRDefault="00000000" w:rsidP="007C679D">
      <w:pPr>
        <w:spacing w:after="0"/>
        <w:jc w:val="center"/>
        <w:rPr>
          <w:sz w:val="24"/>
          <w:szCs w:val="24"/>
          <w:lang w:val="pl-PL"/>
        </w:rPr>
      </w:pPr>
      <w:bookmarkStart w:id="0" w:name="_Hlk241758758"/>
      <w:r w:rsidRPr="007C679D">
        <w:rPr>
          <w:b/>
          <w:sz w:val="24"/>
          <w:szCs w:val="24"/>
          <w:lang w:val="pl-PL"/>
        </w:rPr>
        <w:t>OŚWIADCZENIE</w:t>
      </w:r>
    </w:p>
    <w:p w14:paraId="44909268" w14:textId="77777777" w:rsidR="00A86E4A" w:rsidRPr="007C679D" w:rsidRDefault="00000000" w:rsidP="007C679D">
      <w:pPr>
        <w:spacing w:after="0"/>
        <w:jc w:val="center"/>
        <w:rPr>
          <w:sz w:val="24"/>
          <w:szCs w:val="24"/>
          <w:lang w:val="pl-PL"/>
        </w:rPr>
      </w:pPr>
      <w:r w:rsidRPr="007C679D">
        <w:rPr>
          <w:b/>
          <w:sz w:val="24"/>
          <w:szCs w:val="24"/>
          <w:lang w:val="pl-PL"/>
        </w:rPr>
        <w:t>osoby potrzebującej wsparcia w codziennym funkcjonowaniu</w:t>
      </w:r>
      <w:r w:rsidRPr="007C679D">
        <w:rPr>
          <w:b/>
          <w:sz w:val="24"/>
          <w:szCs w:val="24"/>
          <w:lang w:val="pl-PL"/>
        </w:rPr>
        <w:br/>
        <w:t>na potrzeby oceny kryteriów rekrutacyjnych</w:t>
      </w:r>
    </w:p>
    <w:bookmarkEnd w:id="0"/>
    <w:p w14:paraId="67A80E6A" w14:textId="6E60B891" w:rsidR="007C679D" w:rsidRPr="007C679D" w:rsidRDefault="00000000" w:rsidP="007C679D">
      <w:pPr>
        <w:spacing w:after="0"/>
        <w:jc w:val="center"/>
        <w:rPr>
          <w:rFonts w:eastAsia="Calibri" w:cs="Arial"/>
          <w:kern w:val="2"/>
          <w:sz w:val="24"/>
          <w:szCs w:val="24"/>
          <w:lang w:val="pl-PL"/>
          <w14:ligatures w14:val="standardContextual"/>
        </w:rPr>
      </w:pPr>
      <w:r w:rsidRPr="007C679D">
        <w:rPr>
          <w:sz w:val="24"/>
          <w:szCs w:val="24"/>
          <w:lang w:val="pl-PL"/>
        </w:rPr>
        <w:t>Projekt</w:t>
      </w:r>
      <w:r w:rsidR="007C679D" w:rsidRPr="007C679D">
        <w:rPr>
          <w:sz w:val="24"/>
          <w:szCs w:val="24"/>
          <w:lang w:val="pl-PL"/>
        </w:rPr>
        <w:t xml:space="preserve"> </w:t>
      </w:r>
      <w:r w:rsidR="007C679D" w:rsidRPr="007C679D">
        <w:rPr>
          <w:rFonts w:eastAsia="Calibri" w:cs="Arial"/>
          <w:b/>
          <w:bCs/>
          <w:kern w:val="2"/>
          <w:sz w:val="24"/>
          <w:szCs w:val="24"/>
          <w:lang w:val="pl-PL"/>
          <w14:ligatures w14:val="standardContextual"/>
        </w:rPr>
        <w:t>pn. „Rozwój usług społecznych w Powiecie Choszczeńskim”</w:t>
      </w:r>
      <w:r w:rsidR="007C679D" w:rsidRPr="007C679D">
        <w:rPr>
          <w:rFonts w:eastAsia="Calibri" w:cs="Arial"/>
          <w:b/>
          <w:bCs/>
          <w:kern w:val="2"/>
          <w:sz w:val="24"/>
          <w:szCs w:val="24"/>
          <w:lang w:val="pl-PL"/>
          <w14:ligatures w14:val="standardContextual"/>
        </w:rPr>
        <w:t xml:space="preserve"> 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>realizowany przez Powiat Choszczeński / Powiatowe Centrum Pomocy Rodzinie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br/>
        <w:t xml:space="preserve">w Choszcznie w ramach Programu Fundusze Europejskie dla Pomorza Zachodniego 2021–2027, Działanie 6.20 Rozwój usług społecznych, 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br/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>w tym świadczonych w społeczności lokalnej (IIT)</w:t>
      </w:r>
    </w:p>
    <w:p w14:paraId="283B8559" w14:textId="77777777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 xml:space="preserve">Ja, niżej podpisany/a </w:t>
      </w:r>
    </w:p>
    <w:p w14:paraId="15E051FC" w14:textId="77777777" w:rsidR="007C679D" w:rsidRPr="007C679D" w:rsidRDefault="007C679D">
      <w:pPr>
        <w:rPr>
          <w:sz w:val="24"/>
          <w:szCs w:val="24"/>
          <w:lang w:val="pl-PL"/>
        </w:rPr>
      </w:pPr>
    </w:p>
    <w:p w14:paraId="7F1EF95A" w14:textId="4A26F1CD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.......................................................................................................</w:t>
      </w:r>
      <w:r w:rsidR="007C679D" w:rsidRPr="007C679D">
        <w:rPr>
          <w:sz w:val="24"/>
          <w:szCs w:val="24"/>
          <w:lang w:val="pl-PL"/>
        </w:rPr>
        <w:t>……………</w:t>
      </w:r>
      <w:r w:rsidRPr="007C679D">
        <w:rPr>
          <w:sz w:val="24"/>
          <w:szCs w:val="24"/>
          <w:lang w:val="pl-PL"/>
        </w:rPr>
        <w:t xml:space="preserve">, </w:t>
      </w:r>
    </w:p>
    <w:p w14:paraId="2B0368A9" w14:textId="48EE7583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oświadczam, że na dzień złożenia niniejszego oświadczenia:</w:t>
      </w:r>
    </w:p>
    <w:p w14:paraId="6B362742" w14:textId="60A46FAE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jestem osobą leżącą</w:t>
      </w:r>
      <w:r w:rsidR="007C679D" w:rsidRPr="007C679D">
        <w:rPr>
          <w:sz w:val="24"/>
          <w:szCs w:val="24"/>
          <w:lang w:val="pl-PL"/>
        </w:rPr>
        <w:t>;</w:t>
      </w:r>
      <w:r w:rsidRPr="007C679D">
        <w:rPr>
          <w:sz w:val="24"/>
          <w:szCs w:val="24"/>
          <w:lang w:val="pl-PL"/>
        </w:rPr>
        <w:t xml:space="preserve"> </w:t>
      </w:r>
      <w:r w:rsidR="007C679D" w:rsidRPr="007C679D">
        <w:rPr>
          <w:sz w:val="24"/>
          <w:szCs w:val="24"/>
          <w:lang w:val="pl-PL"/>
        </w:rPr>
        <w:t xml:space="preserve"> ☐ nie dotyczy</w:t>
      </w:r>
    </w:p>
    <w:p w14:paraId="7782F683" w14:textId="2EE97DCC" w:rsidR="007C679D" w:rsidRPr="007C679D" w:rsidRDefault="007C679D" w:rsidP="007C679D">
      <w:pPr>
        <w:spacing w:after="160" w:line="278" w:lineRule="auto"/>
        <w:rPr>
          <w:rFonts w:eastAsia="Calibri" w:cs="Arial"/>
          <w:kern w:val="2"/>
          <w:sz w:val="24"/>
          <w:szCs w:val="24"/>
          <w:lang w:val="pl-PL"/>
          <w14:ligatures w14:val="standardContextual"/>
        </w:rPr>
      </w:pPr>
      <w:r w:rsidRPr="007C679D">
        <w:rPr>
          <w:sz w:val="24"/>
          <w:szCs w:val="24"/>
          <w:lang w:val="pl-PL"/>
        </w:rPr>
        <w:t xml:space="preserve">☐ </w:t>
      </w:r>
      <w:r w:rsidRPr="007C679D">
        <w:rPr>
          <w:sz w:val="24"/>
          <w:szCs w:val="24"/>
          <w:lang w:val="pl-PL"/>
        </w:rPr>
        <w:t>jestem osobą</w:t>
      </w:r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 xml:space="preserve"> z zaburzeniami </w:t>
      </w:r>
      <w:proofErr w:type="spellStart"/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>neuropoznawczymi</w:t>
      </w:r>
      <w:proofErr w:type="spellEnd"/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 xml:space="preserve"> (np. choroba Alzheimera, demencja)</w:t>
      </w:r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 xml:space="preserve">; </w:t>
      </w:r>
      <w:r w:rsidRPr="007C679D">
        <w:rPr>
          <w:sz w:val="24"/>
          <w:szCs w:val="24"/>
          <w:lang w:val="pl-PL"/>
        </w:rPr>
        <w:t>☐ nie dotyczy</w:t>
      </w:r>
    </w:p>
    <w:p w14:paraId="02F75D6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nie korzystam z usług opiekuńczych, specjalistycznych usług opiekuńczych, usług asystenckich ani innych regularnych, finansowanych ze środków publicznych usług świadczonych w miejscu zamieszkania, zaspokajających ten sam rodzaj potrzeb opiekuńczych;  ☐ korzystam z takich usług</w:t>
      </w:r>
    </w:p>
    <w:p w14:paraId="66C707EA" w14:textId="5F9472B8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Jeżeli korzystam – rodzaj usługi, wymiar i podmiot świadczący: ..................................................................................................................................................................................</w:t>
      </w:r>
      <w:r w:rsidR="007C679D" w:rsidRPr="007C679D">
        <w:rPr>
          <w:sz w:val="24"/>
          <w:szCs w:val="24"/>
          <w:lang w:val="pl-PL"/>
        </w:rPr>
        <w:t>…………………………………………………</w:t>
      </w:r>
      <w:r w:rsidRPr="007C679D">
        <w:rPr>
          <w:sz w:val="24"/>
          <w:szCs w:val="24"/>
          <w:lang w:val="pl-PL"/>
        </w:rPr>
        <w:t>..........</w:t>
      </w:r>
    </w:p>
    <w:p w14:paraId="7C87917F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gospodaruję samotnie;  ☐ zamieszkuję z inną osobą/osobami.</w:t>
      </w:r>
    </w:p>
    <w:p w14:paraId="77E59EC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Jeżeli zamieszkuję z inną osobą/osobami: ☐ w gospodarstwie domowym nie ma osoby, która ze względu na wiek, stan zdrowia, niepełnosprawność lub inne obiektywne ograniczenia jest w stanie zapewnić mi niezbędną pomoc w codziennym funkcjonowaniu; ☐ jest osoba mogąca zapewnić mi taką pomoc.</w:t>
      </w:r>
    </w:p>
    <w:p w14:paraId="663567E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Oświadczam, że podane informacje są zgodne ze stanem faktycznym. Zobowiązuję się do niezwłocznego poinformowania PCPR w Choszcznie o zmianie okoliczności mających wpływ na ocenę kryteriów rekrutacyjnych.</w:t>
      </w:r>
    </w:p>
    <w:p w14:paraId="3FF80E2F" w14:textId="77777777" w:rsidR="007C679D" w:rsidRPr="007C679D" w:rsidRDefault="00000000">
      <w:pPr>
        <w:rPr>
          <w:sz w:val="20"/>
          <w:szCs w:val="20"/>
          <w:lang w:val="pl-PL"/>
        </w:rPr>
      </w:pPr>
      <w:r w:rsidRPr="007C679D">
        <w:rPr>
          <w:sz w:val="24"/>
          <w:szCs w:val="24"/>
          <w:lang w:val="pl-PL"/>
        </w:rPr>
        <w:br/>
      </w:r>
    </w:p>
    <w:p w14:paraId="29E024EC" w14:textId="500DE431" w:rsidR="00A86E4A" w:rsidRPr="007C679D" w:rsidRDefault="00000000">
      <w:pPr>
        <w:rPr>
          <w:sz w:val="20"/>
          <w:szCs w:val="20"/>
          <w:lang w:val="pl-PL"/>
        </w:rPr>
      </w:pPr>
      <w:r w:rsidRPr="007C679D">
        <w:rPr>
          <w:sz w:val="20"/>
          <w:szCs w:val="20"/>
          <w:lang w:val="pl-PL"/>
        </w:rPr>
        <w:t xml:space="preserve">........................................................      </w:t>
      </w:r>
      <w:r w:rsidR="007C679D" w:rsidRPr="007C679D">
        <w:rPr>
          <w:sz w:val="20"/>
          <w:szCs w:val="20"/>
          <w:lang w:val="pl-PL"/>
        </w:rPr>
        <w:tab/>
      </w:r>
      <w:r w:rsidR="007C679D" w:rsidRPr="007C679D">
        <w:rPr>
          <w:sz w:val="20"/>
          <w:szCs w:val="20"/>
          <w:lang w:val="pl-PL"/>
        </w:rPr>
        <w:tab/>
      </w:r>
      <w:r w:rsidRPr="007C679D">
        <w:rPr>
          <w:sz w:val="20"/>
          <w:szCs w:val="20"/>
          <w:lang w:val="pl-PL"/>
        </w:rPr>
        <w:t>.......................................................</w:t>
      </w:r>
      <w:r w:rsidRPr="007C679D">
        <w:rPr>
          <w:sz w:val="20"/>
          <w:szCs w:val="20"/>
          <w:lang w:val="pl-PL"/>
        </w:rPr>
        <w:br/>
        <w:t xml:space="preserve">      miejscowość i data                               </w:t>
      </w:r>
      <w:r w:rsidR="007C679D" w:rsidRPr="007C679D">
        <w:rPr>
          <w:sz w:val="20"/>
          <w:szCs w:val="20"/>
          <w:lang w:val="pl-PL"/>
        </w:rPr>
        <w:tab/>
      </w:r>
      <w:r w:rsidRPr="007C679D">
        <w:rPr>
          <w:sz w:val="20"/>
          <w:szCs w:val="20"/>
          <w:lang w:val="pl-PL"/>
        </w:rPr>
        <w:t xml:space="preserve">       czytelny podpis</w:t>
      </w:r>
    </w:p>
    <w:sectPr w:rsidR="00A86E4A" w:rsidRPr="007C679D" w:rsidSect="007C679D">
      <w:headerReference w:type="default" r:id="rId8"/>
      <w:pgSz w:w="12240" w:h="15840"/>
      <w:pgMar w:top="1440" w:right="1800" w:bottom="851" w:left="180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69FDB" w14:textId="77777777" w:rsidR="00571FC1" w:rsidRDefault="00571FC1" w:rsidP="007C679D">
      <w:pPr>
        <w:spacing w:after="0" w:line="240" w:lineRule="auto"/>
      </w:pPr>
      <w:r>
        <w:separator/>
      </w:r>
    </w:p>
  </w:endnote>
  <w:endnote w:type="continuationSeparator" w:id="0">
    <w:p w14:paraId="29677E91" w14:textId="77777777" w:rsidR="00571FC1" w:rsidRDefault="00571FC1" w:rsidP="007C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B206" w14:textId="77777777" w:rsidR="00571FC1" w:rsidRDefault="00571FC1" w:rsidP="007C679D">
      <w:pPr>
        <w:spacing w:after="0" w:line="240" w:lineRule="auto"/>
      </w:pPr>
      <w:r>
        <w:separator/>
      </w:r>
    </w:p>
  </w:footnote>
  <w:footnote w:type="continuationSeparator" w:id="0">
    <w:p w14:paraId="5442E2CE" w14:textId="77777777" w:rsidR="00571FC1" w:rsidRDefault="00571FC1" w:rsidP="007C6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96FD" w14:textId="1FF114A5" w:rsidR="007C679D" w:rsidRDefault="007C679D">
    <w:pPr>
      <w:pStyle w:val="Nagwek"/>
    </w:pPr>
    <w:r>
      <w:rPr>
        <w:noProof/>
      </w:rPr>
      <w:drawing>
        <wp:inline distT="0" distB="0" distL="0" distR="0" wp14:anchorId="7EB1C68B" wp14:editId="6069BA79">
          <wp:extent cx="5486400" cy="612691"/>
          <wp:effectExtent l="0" t="0" r="0" b="0"/>
          <wp:docPr id="11477196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2292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612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2548153">
    <w:abstractNumId w:val="8"/>
  </w:num>
  <w:num w:numId="2" w16cid:durableId="183902923">
    <w:abstractNumId w:val="6"/>
  </w:num>
  <w:num w:numId="3" w16cid:durableId="630791328">
    <w:abstractNumId w:val="5"/>
  </w:num>
  <w:num w:numId="4" w16cid:durableId="1091123091">
    <w:abstractNumId w:val="4"/>
  </w:num>
  <w:num w:numId="5" w16cid:durableId="138350391">
    <w:abstractNumId w:val="7"/>
  </w:num>
  <w:num w:numId="6" w16cid:durableId="2081050564">
    <w:abstractNumId w:val="3"/>
  </w:num>
  <w:num w:numId="7" w16cid:durableId="1264418767">
    <w:abstractNumId w:val="2"/>
  </w:num>
  <w:num w:numId="8" w16cid:durableId="937524994">
    <w:abstractNumId w:val="1"/>
  </w:num>
  <w:num w:numId="9" w16cid:durableId="25848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1FC1"/>
    <w:rsid w:val="00770F36"/>
    <w:rsid w:val="007A67A8"/>
    <w:rsid w:val="007C679D"/>
    <w:rsid w:val="00A86E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F57E8"/>
  <w14:defaultImageDpi w14:val="300"/>
  <w15:docId w15:val="{F51FB0C6-DA3F-4137-AF95-D2BB7C20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</cp:lastModifiedBy>
  <cp:revision>2</cp:revision>
  <dcterms:created xsi:type="dcterms:W3CDTF">2026-10-01T13:08:00Z</dcterms:created>
  <dcterms:modified xsi:type="dcterms:W3CDTF">2026-10-01T13:08:00Z</dcterms:modified>
  <cp:category/>
</cp:coreProperties>
</file>