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DED7" w14:textId="77777777" w:rsidR="00A86E4A" w:rsidRPr="007C679D" w:rsidRDefault="00000000" w:rsidP="007C679D">
      <w:pPr>
        <w:spacing w:after="0"/>
        <w:jc w:val="center"/>
        <w:rPr>
          <w:sz w:val="24"/>
          <w:szCs w:val="24"/>
          <w:lang w:val="pl-PL"/>
        </w:rPr>
      </w:pPr>
      <w:bookmarkStart w:id="0" w:name="_Hlk241758758"/>
      <w:r w:rsidRPr="007C679D">
        <w:rPr>
          <w:b/>
          <w:sz w:val="24"/>
          <w:szCs w:val="24"/>
          <w:lang w:val="pl-PL"/>
        </w:rPr>
        <w:t>OŚWIADCZENIE</w:t>
      </w:r>
    </w:p>
    <w:p w14:paraId="44909268" w14:textId="77777777" w:rsidR="00A86E4A" w:rsidRPr="007C679D" w:rsidRDefault="00000000" w:rsidP="007C679D">
      <w:pPr>
        <w:spacing w:after="0"/>
        <w:jc w:val="center"/>
        <w:rPr>
          <w:sz w:val="24"/>
          <w:szCs w:val="24"/>
          <w:lang w:val="pl-PL"/>
        </w:rPr>
      </w:pPr>
      <w:r w:rsidRPr="007C679D">
        <w:rPr>
          <w:b/>
          <w:sz w:val="24"/>
          <w:szCs w:val="24"/>
          <w:lang w:val="pl-PL"/>
        </w:rPr>
        <w:t>osoby potrzebującej wsparcia w codziennym funkcjonowaniu</w:t>
      </w:r>
      <w:r w:rsidRPr="007C679D">
        <w:rPr>
          <w:b/>
          <w:sz w:val="24"/>
          <w:szCs w:val="24"/>
          <w:lang w:val="pl-PL"/>
        </w:rPr>
        <w:br/>
        <w:t>na potrzeby oceny kryteriów rekrutacyjnych</w:t>
      </w:r>
    </w:p>
    <w:bookmarkEnd w:id="0"/>
    <w:p w14:paraId="67A80E6A" w14:textId="6E60B891" w:rsidR="007C679D" w:rsidRPr="007C679D" w:rsidRDefault="00000000" w:rsidP="007C679D">
      <w:pPr>
        <w:spacing w:after="0"/>
        <w:jc w:val="center"/>
        <w:rPr>
          <w:rFonts w:eastAsia="Calibri" w:cs="Arial"/>
          <w:kern w:val="2"/>
          <w:sz w:val="24"/>
          <w:szCs w:val="24"/>
          <w:lang w:val="pl-PL"/>
          <w14:ligatures w14:val="standardContextual"/>
        </w:rPr>
      </w:pPr>
      <w:r w:rsidRPr="007C679D">
        <w:rPr>
          <w:sz w:val="24"/>
          <w:szCs w:val="24"/>
          <w:lang w:val="pl-PL"/>
        </w:rPr>
        <w:t>Projekt</w:t>
      </w:r>
      <w:r w:rsidR="007C679D" w:rsidRPr="007C679D">
        <w:rPr>
          <w:sz w:val="24"/>
          <w:szCs w:val="24"/>
          <w:lang w:val="pl-PL"/>
        </w:rPr>
        <w:t xml:space="preserve"> </w:t>
      </w:r>
      <w:r w:rsidR="007C679D" w:rsidRPr="007C679D">
        <w:rPr>
          <w:rFonts w:eastAsia="Calibri" w:cs="Arial"/>
          <w:b/>
          <w:bCs/>
          <w:kern w:val="2"/>
          <w:sz w:val="24"/>
          <w:szCs w:val="24"/>
          <w:lang w:val="pl-PL"/>
          <w14:ligatures w14:val="standardContextual"/>
        </w:rPr>
        <w:t xml:space="preserve">pn. „Rozwój usług społecznych w Powiecie Choszczeńskim” </w:t>
      </w:r>
      <w:r w:rsidR="007C679D"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t>realizowany przez Powiat Choszczeński / Powiatowe Centrum Pomocy Rodzinie</w:t>
      </w:r>
      <w:r w:rsidR="007C679D"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br/>
        <w:t xml:space="preserve">w Choszcznie w ramach Programu Fundusze Europejskie dla Pomorza Zachodniego 2021–2027, Działanie 6.20 Rozwój usług społecznych, </w:t>
      </w:r>
      <w:r w:rsidR="007C679D"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br/>
        <w:t>w tym świadczonych w społeczności lokalnej (IIT)</w:t>
      </w:r>
    </w:p>
    <w:p w14:paraId="283B8559" w14:textId="77777777" w:rsidR="007C679D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 xml:space="preserve">Ja, niżej podpisany/a </w:t>
      </w:r>
    </w:p>
    <w:p w14:paraId="15E051FC" w14:textId="77777777" w:rsidR="007C679D" w:rsidRPr="007C679D" w:rsidRDefault="007C679D">
      <w:pPr>
        <w:rPr>
          <w:sz w:val="24"/>
          <w:szCs w:val="24"/>
          <w:lang w:val="pl-PL"/>
        </w:rPr>
      </w:pPr>
    </w:p>
    <w:p w14:paraId="7F1EF95A" w14:textId="4A26F1CD" w:rsidR="007C679D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.......................................................................................................</w:t>
      </w:r>
      <w:r w:rsidR="007C679D" w:rsidRPr="007C679D">
        <w:rPr>
          <w:sz w:val="24"/>
          <w:szCs w:val="24"/>
          <w:lang w:val="pl-PL"/>
        </w:rPr>
        <w:t>……………</w:t>
      </w:r>
      <w:r w:rsidRPr="007C679D">
        <w:rPr>
          <w:sz w:val="24"/>
          <w:szCs w:val="24"/>
          <w:lang w:val="pl-PL"/>
        </w:rPr>
        <w:t xml:space="preserve">, </w:t>
      </w:r>
    </w:p>
    <w:p w14:paraId="2B0368A9" w14:textId="48EE7583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oświadczam, że na dzień złożenia niniejszego oświadczenia:</w:t>
      </w:r>
    </w:p>
    <w:p w14:paraId="6B362742" w14:textId="60A46FAE" w:rsidR="007C679D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☐ jestem osobą leżącą</w:t>
      </w:r>
      <w:r w:rsidR="007C679D" w:rsidRPr="007C679D">
        <w:rPr>
          <w:sz w:val="24"/>
          <w:szCs w:val="24"/>
          <w:lang w:val="pl-PL"/>
        </w:rPr>
        <w:t>;</w:t>
      </w:r>
      <w:r w:rsidRPr="007C679D">
        <w:rPr>
          <w:sz w:val="24"/>
          <w:szCs w:val="24"/>
          <w:lang w:val="pl-PL"/>
        </w:rPr>
        <w:t xml:space="preserve"> </w:t>
      </w:r>
      <w:r w:rsidR="007C679D" w:rsidRPr="007C679D">
        <w:rPr>
          <w:sz w:val="24"/>
          <w:szCs w:val="24"/>
          <w:lang w:val="pl-PL"/>
        </w:rPr>
        <w:t xml:space="preserve"> ☐ nie dotyczy</w:t>
      </w:r>
    </w:p>
    <w:p w14:paraId="7782F683" w14:textId="2EE97DCC" w:rsidR="007C679D" w:rsidRPr="007C679D" w:rsidRDefault="007C679D" w:rsidP="007C679D">
      <w:pPr>
        <w:spacing w:after="160" w:line="278" w:lineRule="auto"/>
        <w:rPr>
          <w:rFonts w:eastAsia="Calibri" w:cs="Arial"/>
          <w:kern w:val="2"/>
          <w:sz w:val="24"/>
          <w:szCs w:val="24"/>
          <w:lang w:val="pl-PL"/>
          <w14:ligatures w14:val="standardContextual"/>
        </w:rPr>
      </w:pPr>
      <w:r w:rsidRPr="007C679D">
        <w:rPr>
          <w:sz w:val="24"/>
          <w:szCs w:val="24"/>
          <w:lang w:val="pl-PL"/>
        </w:rPr>
        <w:t>☐ jestem osobą</w:t>
      </w:r>
      <w:r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t xml:space="preserve"> z zaburzeniami </w:t>
      </w:r>
      <w:proofErr w:type="spellStart"/>
      <w:r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t>neuropoznawczymi</w:t>
      </w:r>
      <w:proofErr w:type="spellEnd"/>
      <w:r w:rsidRPr="007C679D">
        <w:rPr>
          <w:rFonts w:eastAsia="Calibri" w:cs="Arial"/>
          <w:kern w:val="2"/>
          <w:sz w:val="24"/>
          <w:szCs w:val="24"/>
          <w:lang w:val="pl-PL"/>
          <w14:ligatures w14:val="standardContextual"/>
        </w:rPr>
        <w:t xml:space="preserve"> (np. choroba Alzheimera, demencja); </w:t>
      </w:r>
      <w:r w:rsidRPr="007C679D">
        <w:rPr>
          <w:sz w:val="24"/>
          <w:szCs w:val="24"/>
          <w:lang w:val="pl-PL"/>
        </w:rPr>
        <w:t>☐ nie dotyczy</w:t>
      </w:r>
    </w:p>
    <w:p w14:paraId="02F75D68" w14:textId="77777777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☐ nie korzystam z usług opiekuńczych, specjalistycznych usług opiekuńczych, usług asystenckich ani innych regularnych, finansowanych ze środków publicznych usług świadczonych w miejscu zamieszkania, zaspokajających ten sam rodzaj potrzeb opiekuńczych;  ☐ korzystam z takich usług</w:t>
      </w:r>
    </w:p>
    <w:p w14:paraId="66C707EA" w14:textId="5F9472B8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Jeżeli korzystam – rodzaj usługi, wymiar i podmiot świadczący: ..................................................................................................................................................................................</w:t>
      </w:r>
      <w:r w:rsidR="007C679D" w:rsidRPr="007C679D">
        <w:rPr>
          <w:sz w:val="24"/>
          <w:szCs w:val="24"/>
          <w:lang w:val="pl-PL"/>
        </w:rPr>
        <w:t>…………………………………………………</w:t>
      </w:r>
      <w:r w:rsidRPr="007C679D">
        <w:rPr>
          <w:sz w:val="24"/>
          <w:szCs w:val="24"/>
          <w:lang w:val="pl-PL"/>
        </w:rPr>
        <w:t>..........</w:t>
      </w:r>
    </w:p>
    <w:p w14:paraId="7C87917F" w14:textId="77777777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☐ gospodaruję samotnie;  ☐ zamieszkuję z inną osobą/osobami.</w:t>
      </w:r>
    </w:p>
    <w:p w14:paraId="77E59EC8" w14:textId="77777777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Jeżeli zamieszkuję z inną osobą/osobami: ☐ w gospodarstwie domowym nie ma osoby, która ze względu na wiek, stan zdrowia, niepełnosprawność lub inne obiektywne ograniczenia jest w stanie zapewnić mi niezbędną pomoc w codziennym funkcjonowaniu; ☐ jest osoba mogąca zapewnić mi taką pomoc.</w:t>
      </w:r>
    </w:p>
    <w:p w14:paraId="663567E8" w14:textId="77777777" w:rsidR="00A86E4A" w:rsidRPr="007C679D" w:rsidRDefault="00000000">
      <w:pPr>
        <w:rPr>
          <w:sz w:val="24"/>
          <w:szCs w:val="24"/>
          <w:lang w:val="pl-PL"/>
        </w:rPr>
      </w:pPr>
      <w:r w:rsidRPr="007C679D">
        <w:rPr>
          <w:sz w:val="24"/>
          <w:szCs w:val="24"/>
          <w:lang w:val="pl-PL"/>
        </w:rPr>
        <w:t>Oświadczam, że podane informacje są zgodne ze stanem faktycznym. Zobowiązuję się do niezwłocznego poinformowania PCPR w Choszcznie o zmianie okoliczności mających wpływ na ocenę kryteriów rekrutacyjnych.</w:t>
      </w:r>
    </w:p>
    <w:p w14:paraId="3FF80E2F" w14:textId="77777777" w:rsidR="007C679D" w:rsidRPr="007C679D" w:rsidRDefault="00000000">
      <w:pPr>
        <w:rPr>
          <w:sz w:val="20"/>
          <w:szCs w:val="20"/>
          <w:lang w:val="pl-PL"/>
        </w:rPr>
      </w:pPr>
      <w:r w:rsidRPr="007C679D">
        <w:rPr>
          <w:sz w:val="24"/>
          <w:szCs w:val="24"/>
          <w:lang w:val="pl-PL"/>
        </w:rPr>
        <w:br/>
      </w:r>
    </w:p>
    <w:p w14:paraId="29E024EC" w14:textId="500DE431" w:rsidR="00A86E4A" w:rsidRPr="007C679D" w:rsidRDefault="00000000">
      <w:pPr>
        <w:rPr>
          <w:sz w:val="20"/>
          <w:szCs w:val="20"/>
          <w:lang w:val="pl-PL"/>
        </w:rPr>
      </w:pPr>
      <w:r w:rsidRPr="007C679D">
        <w:rPr>
          <w:sz w:val="20"/>
          <w:szCs w:val="20"/>
          <w:lang w:val="pl-PL"/>
        </w:rPr>
        <w:t xml:space="preserve">........................................................      </w:t>
      </w:r>
      <w:r w:rsidR="007C679D" w:rsidRPr="007C679D">
        <w:rPr>
          <w:sz w:val="20"/>
          <w:szCs w:val="20"/>
          <w:lang w:val="pl-PL"/>
        </w:rPr>
        <w:tab/>
      </w:r>
      <w:r w:rsidR="007C679D" w:rsidRPr="007C679D">
        <w:rPr>
          <w:sz w:val="20"/>
          <w:szCs w:val="20"/>
          <w:lang w:val="pl-PL"/>
        </w:rPr>
        <w:tab/>
      </w:r>
      <w:r w:rsidRPr="007C679D">
        <w:rPr>
          <w:sz w:val="20"/>
          <w:szCs w:val="20"/>
          <w:lang w:val="pl-PL"/>
        </w:rPr>
        <w:t>.......................................................</w:t>
      </w:r>
      <w:r w:rsidRPr="007C679D">
        <w:rPr>
          <w:sz w:val="20"/>
          <w:szCs w:val="20"/>
          <w:lang w:val="pl-PL"/>
        </w:rPr>
        <w:br/>
        <w:t xml:space="preserve">      miejscowość i data                               </w:t>
      </w:r>
      <w:r w:rsidR="007C679D" w:rsidRPr="007C679D">
        <w:rPr>
          <w:sz w:val="20"/>
          <w:szCs w:val="20"/>
          <w:lang w:val="pl-PL"/>
        </w:rPr>
        <w:tab/>
      </w:r>
      <w:r w:rsidRPr="007C679D">
        <w:rPr>
          <w:sz w:val="20"/>
          <w:szCs w:val="20"/>
          <w:lang w:val="pl-PL"/>
        </w:rPr>
        <w:t xml:space="preserve">       czytelny podpis</w:t>
      </w:r>
    </w:p>
    <w:sectPr w:rsidR="00A86E4A" w:rsidRPr="007C679D" w:rsidSect="007C679D">
      <w:headerReference w:type="default" r:id="rId8"/>
      <w:pgSz w:w="12240" w:h="15840"/>
      <w:pgMar w:top="1440" w:right="1800" w:bottom="851" w:left="180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AF8CF" w14:textId="77777777" w:rsidR="00670925" w:rsidRDefault="00670925" w:rsidP="007C679D">
      <w:pPr>
        <w:spacing w:after="0" w:line="240" w:lineRule="auto"/>
      </w:pPr>
      <w:r>
        <w:separator/>
      </w:r>
    </w:p>
  </w:endnote>
  <w:endnote w:type="continuationSeparator" w:id="0">
    <w:p w14:paraId="1519C6C3" w14:textId="77777777" w:rsidR="00670925" w:rsidRDefault="00670925" w:rsidP="007C6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63086" w14:textId="77777777" w:rsidR="00670925" w:rsidRDefault="00670925" w:rsidP="007C679D">
      <w:pPr>
        <w:spacing w:after="0" w:line="240" w:lineRule="auto"/>
      </w:pPr>
      <w:r>
        <w:separator/>
      </w:r>
    </w:p>
  </w:footnote>
  <w:footnote w:type="continuationSeparator" w:id="0">
    <w:p w14:paraId="086039CC" w14:textId="77777777" w:rsidR="00670925" w:rsidRDefault="00670925" w:rsidP="007C6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96FD" w14:textId="6C7F23B7" w:rsidR="007C679D" w:rsidRDefault="00F47358">
    <w:pPr>
      <w:pStyle w:val="Nagwek"/>
    </w:pPr>
    <w:r>
      <w:rPr>
        <w:rFonts w:cs="Arial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648A09E8" wp14:editId="540430F8">
          <wp:simplePos x="0" y="0"/>
          <wp:positionH relativeFrom="margin">
            <wp:posOffset>-638175</wp:posOffset>
          </wp:positionH>
          <wp:positionV relativeFrom="paragraph">
            <wp:posOffset>94615</wp:posOffset>
          </wp:positionV>
          <wp:extent cx="6737138" cy="495300"/>
          <wp:effectExtent l="0" t="0" r="6985" b="0"/>
          <wp:wrapNone/>
          <wp:docPr id="1066982092" name="Obraz 1066982092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7138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2548153">
    <w:abstractNumId w:val="8"/>
  </w:num>
  <w:num w:numId="2" w16cid:durableId="183902923">
    <w:abstractNumId w:val="6"/>
  </w:num>
  <w:num w:numId="3" w16cid:durableId="630791328">
    <w:abstractNumId w:val="5"/>
  </w:num>
  <w:num w:numId="4" w16cid:durableId="1091123091">
    <w:abstractNumId w:val="4"/>
  </w:num>
  <w:num w:numId="5" w16cid:durableId="138350391">
    <w:abstractNumId w:val="7"/>
  </w:num>
  <w:num w:numId="6" w16cid:durableId="2081050564">
    <w:abstractNumId w:val="3"/>
  </w:num>
  <w:num w:numId="7" w16cid:durableId="1264418767">
    <w:abstractNumId w:val="2"/>
  </w:num>
  <w:num w:numId="8" w16cid:durableId="937524994">
    <w:abstractNumId w:val="1"/>
  </w:num>
  <w:num w:numId="9" w16cid:durableId="25848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1FC1"/>
    <w:rsid w:val="00670925"/>
    <w:rsid w:val="00770F36"/>
    <w:rsid w:val="007A67A8"/>
    <w:rsid w:val="007C679D"/>
    <w:rsid w:val="00A86E4A"/>
    <w:rsid w:val="00AA1D8D"/>
    <w:rsid w:val="00B47730"/>
    <w:rsid w:val="00CB0664"/>
    <w:rsid w:val="00F01C30"/>
    <w:rsid w:val="00F473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5F57E8"/>
  <w14:defaultImageDpi w14:val="300"/>
  <w15:docId w15:val="{F51FB0C6-DA3F-4137-AF95-D2BB7C20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Anita</cp:lastModifiedBy>
  <cp:revision>2</cp:revision>
  <dcterms:created xsi:type="dcterms:W3CDTF">2026-10-01T13:09:00Z</dcterms:created>
  <dcterms:modified xsi:type="dcterms:W3CDTF">2026-10-01T13:09:00Z</dcterms:modified>
  <cp:category/>
</cp:coreProperties>
</file>